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336F" w14:textId="689FBE52" w:rsidR="00F44533" w:rsidRDefault="00000000" w:rsidP="0083459D">
      <w:pPr>
        <w:pStyle w:val="Balk1"/>
        <w:jc w:val="center"/>
      </w:pPr>
      <w:r>
        <w:t>TOROS ÜNİVERSİTESİ</w:t>
      </w:r>
      <w:r>
        <w:br/>
        <w:t>Hemşirelik Bölümü</w:t>
      </w:r>
      <w:r>
        <w:br/>
        <w:t xml:space="preserve">Akran Yönderliği Programı </w:t>
      </w:r>
      <w:r w:rsidR="0083459D">
        <w:t xml:space="preserve">Yönder Öğrenci </w:t>
      </w:r>
      <w:r>
        <w:t>Değerlendirme Formu</w:t>
      </w:r>
    </w:p>
    <w:p w14:paraId="0AE7B514" w14:textId="77777777" w:rsidR="0083459D" w:rsidRDefault="0083459D"/>
    <w:p w14:paraId="6C7001F6" w14:textId="53554FEA" w:rsidR="00F44533" w:rsidRDefault="00000000">
      <w:r>
        <w:t>Değerli Öğrencimiz,</w:t>
      </w:r>
      <w:r>
        <w:br/>
        <w:t>Bu form, Akran Yönderliği Programının etkinliğini değerlendirmek amacıyla hazırlanmıştır. Verdiğiniz yanıtlar yalnızca programın geliştirilmesi amacıyla kullanılacak ve gizli tutulacaktır.</w:t>
      </w:r>
    </w:p>
    <w:p w14:paraId="20083600" w14:textId="77777777" w:rsidR="00F44533" w:rsidRDefault="00000000">
      <w:r>
        <w:t>Sınıf: ______________________</w:t>
      </w:r>
    </w:p>
    <w:p w14:paraId="760C6CBF" w14:textId="77777777" w:rsidR="00F44533" w:rsidRDefault="00000000">
      <w:r>
        <w:t>Program Dönemi: ______________________</w:t>
      </w:r>
    </w:p>
    <w:p w14:paraId="55B4D7EB" w14:textId="77777777" w:rsidR="00F44533" w:rsidRDefault="00000000">
      <w:pPr>
        <w:pStyle w:val="Balk2"/>
      </w:pPr>
      <w:r>
        <w:t>Aşağıdaki ifadeleri değerlendiriniz.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77"/>
        <w:gridCol w:w="1560"/>
        <w:gridCol w:w="1488"/>
        <w:gridCol w:w="1488"/>
        <w:gridCol w:w="1223"/>
        <w:gridCol w:w="1310"/>
        <w:gridCol w:w="1310"/>
      </w:tblGrid>
      <w:tr w:rsidR="00F44533" w14:paraId="7AE6A423" w14:textId="77777777">
        <w:trPr>
          <w:jc w:val="center"/>
        </w:trPr>
        <w:tc>
          <w:tcPr>
            <w:tcW w:w="1234" w:type="dxa"/>
          </w:tcPr>
          <w:p w14:paraId="15CC2804" w14:textId="77777777" w:rsidR="00F44533" w:rsidRDefault="00000000">
            <w:r>
              <w:t>No</w:t>
            </w:r>
          </w:p>
        </w:tc>
        <w:tc>
          <w:tcPr>
            <w:tcW w:w="1234" w:type="dxa"/>
          </w:tcPr>
          <w:p w14:paraId="5427EC88" w14:textId="77777777" w:rsidR="00F44533" w:rsidRDefault="00000000">
            <w:r>
              <w:t>İfade</w:t>
            </w:r>
          </w:p>
        </w:tc>
        <w:tc>
          <w:tcPr>
            <w:tcW w:w="1234" w:type="dxa"/>
          </w:tcPr>
          <w:p w14:paraId="1AA9F766" w14:textId="77777777" w:rsidR="00F44533" w:rsidRDefault="00000000">
            <w:r>
              <w:t>1</w:t>
            </w:r>
            <w:r>
              <w:br/>
              <w:t>Kesinlikle</w:t>
            </w:r>
            <w:r>
              <w:br/>
              <w:t>Katılmıyorum</w:t>
            </w:r>
          </w:p>
        </w:tc>
        <w:tc>
          <w:tcPr>
            <w:tcW w:w="1234" w:type="dxa"/>
          </w:tcPr>
          <w:p w14:paraId="0584BD4E" w14:textId="77777777" w:rsidR="00F44533" w:rsidRDefault="00000000">
            <w:r>
              <w:t>2</w:t>
            </w:r>
            <w:r>
              <w:br/>
              <w:t>Katılmıyorum</w:t>
            </w:r>
          </w:p>
        </w:tc>
        <w:tc>
          <w:tcPr>
            <w:tcW w:w="1234" w:type="dxa"/>
          </w:tcPr>
          <w:p w14:paraId="505F041F" w14:textId="77777777" w:rsidR="00F44533" w:rsidRDefault="00000000">
            <w:r>
              <w:t>3</w:t>
            </w:r>
            <w:r>
              <w:br/>
              <w:t>Kararsızım</w:t>
            </w:r>
          </w:p>
        </w:tc>
        <w:tc>
          <w:tcPr>
            <w:tcW w:w="1234" w:type="dxa"/>
          </w:tcPr>
          <w:p w14:paraId="682DE83C" w14:textId="77777777" w:rsidR="00F44533" w:rsidRDefault="00000000">
            <w:r>
              <w:t>4</w:t>
            </w:r>
            <w:r>
              <w:br/>
              <w:t>Katılıyorum</w:t>
            </w:r>
          </w:p>
        </w:tc>
        <w:tc>
          <w:tcPr>
            <w:tcW w:w="1234" w:type="dxa"/>
          </w:tcPr>
          <w:p w14:paraId="443330DF" w14:textId="77777777" w:rsidR="00F44533" w:rsidRDefault="00000000">
            <w:r>
              <w:t>5</w:t>
            </w:r>
            <w:r>
              <w:br/>
              <w:t>Kesinlikle</w:t>
            </w:r>
            <w:r>
              <w:br/>
              <w:t>Katılıyorum</w:t>
            </w:r>
          </w:p>
        </w:tc>
      </w:tr>
      <w:tr w:rsidR="00F44533" w14:paraId="321347AC" w14:textId="77777777">
        <w:trPr>
          <w:jc w:val="center"/>
        </w:trPr>
        <w:tc>
          <w:tcPr>
            <w:tcW w:w="1234" w:type="dxa"/>
          </w:tcPr>
          <w:p w14:paraId="7D33DDB4" w14:textId="77777777" w:rsidR="00F44533" w:rsidRDefault="00000000">
            <w:r>
              <w:t>1</w:t>
            </w:r>
          </w:p>
        </w:tc>
        <w:tc>
          <w:tcPr>
            <w:tcW w:w="1234" w:type="dxa"/>
          </w:tcPr>
          <w:p w14:paraId="49CD407F" w14:textId="77777777" w:rsidR="00F44533" w:rsidRDefault="00000000">
            <w:r>
              <w:t>Programa katılmak benim için yararlı oldu.</w:t>
            </w:r>
          </w:p>
        </w:tc>
        <w:tc>
          <w:tcPr>
            <w:tcW w:w="1234" w:type="dxa"/>
          </w:tcPr>
          <w:p w14:paraId="62301696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69DF5926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386BECC8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1F6796AA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640BC1B6" w14:textId="77777777" w:rsidR="00F44533" w:rsidRDefault="00000000">
            <w:r>
              <w:t>☐</w:t>
            </w:r>
          </w:p>
        </w:tc>
      </w:tr>
      <w:tr w:rsidR="00F44533" w14:paraId="1FA42F99" w14:textId="77777777">
        <w:trPr>
          <w:jc w:val="center"/>
        </w:trPr>
        <w:tc>
          <w:tcPr>
            <w:tcW w:w="1234" w:type="dxa"/>
          </w:tcPr>
          <w:p w14:paraId="28B1622F" w14:textId="77777777" w:rsidR="00F44533" w:rsidRDefault="00000000">
            <w:r>
              <w:t>2</w:t>
            </w:r>
          </w:p>
        </w:tc>
        <w:tc>
          <w:tcPr>
            <w:tcW w:w="1234" w:type="dxa"/>
          </w:tcPr>
          <w:p w14:paraId="3810709A" w14:textId="77777777" w:rsidR="00F44533" w:rsidRDefault="00000000">
            <w:r>
              <w:t>Yönder öğrenciyle etkili iletişim kurabildim.</w:t>
            </w:r>
          </w:p>
        </w:tc>
        <w:tc>
          <w:tcPr>
            <w:tcW w:w="1234" w:type="dxa"/>
          </w:tcPr>
          <w:p w14:paraId="69BCA161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0487F37D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6E94AF71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591B6242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0A956083" w14:textId="77777777" w:rsidR="00F44533" w:rsidRDefault="00000000">
            <w:r>
              <w:t>☐</w:t>
            </w:r>
          </w:p>
        </w:tc>
      </w:tr>
      <w:tr w:rsidR="00F44533" w14:paraId="7081F4DF" w14:textId="77777777">
        <w:trPr>
          <w:jc w:val="center"/>
        </w:trPr>
        <w:tc>
          <w:tcPr>
            <w:tcW w:w="1234" w:type="dxa"/>
          </w:tcPr>
          <w:p w14:paraId="78C2C849" w14:textId="77777777" w:rsidR="00F44533" w:rsidRDefault="00000000">
            <w:r>
              <w:t>3</w:t>
            </w:r>
          </w:p>
        </w:tc>
        <w:tc>
          <w:tcPr>
            <w:tcW w:w="1234" w:type="dxa"/>
          </w:tcPr>
          <w:p w14:paraId="638A9234" w14:textId="77777777" w:rsidR="00F44533" w:rsidRDefault="00000000">
            <w:r>
              <w:t>Program akademik uyumumu destekledi.</w:t>
            </w:r>
          </w:p>
        </w:tc>
        <w:tc>
          <w:tcPr>
            <w:tcW w:w="1234" w:type="dxa"/>
          </w:tcPr>
          <w:p w14:paraId="5617AE21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65800EA3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7CBE7D92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32E43BA2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78D07769" w14:textId="77777777" w:rsidR="00F44533" w:rsidRDefault="00000000">
            <w:r>
              <w:t>☐</w:t>
            </w:r>
          </w:p>
        </w:tc>
      </w:tr>
      <w:tr w:rsidR="00F44533" w14:paraId="0AA5E613" w14:textId="77777777">
        <w:trPr>
          <w:jc w:val="center"/>
        </w:trPr>
        <w:tc>
          <w:tcPr>
            <w:tcW w:w="1234" w:type="dxa"/>
          </w:tcPr>
          <w:p w14:paraId="449C076C" w14:textId="77777777" w:rsidR="00F44533" w:rsidRDefault="00000000">
            <w:r>
              <w:t>4</w:t>
            </w:r>
          </w:p>
        </w:tc>
        <w:tc>
          <w:tcPr>
            <w:tcW w:w="1234" w:type="dxa"/>
          </w:tcPr>
          <w:p w14:paraId="30D5902E" w14:textId="77777777" w:rsidR="00F44533" w:rsidRDefault="00000000">
            <w:r>
              <w:t>Kendimi bölüme ait hissetmeme katkı sağladı.</w:t>
            </w:r>
          </w:p>
        </w:tc>
        <w:tc>
          <w:tcPr>
            <w:tcW w:w="1234" w:type="dxa"/>
          </w:tcPr>
          <w:p w14:paraId="0C08F54D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4EB7547A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6A30AD6D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687A1805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2EF86776" w14:textId="77777777" w:rsidR="00F44533" w:rsidRDefault="00000000">
            <w:r>
              <w:t>☐</w:t>
            </w:r>
          </w:p>
        </w:tc>
      </w:tr>
      <w:tr w:rsidR="00F44533" w14:paraId="78EB620C" w14:textId="77777777">
        <w:trPr>
          <w:jc w:val="center"/>
        </w:trPr>
        <w:tc>
          <w:tcPr>
            <w:tcW w:w="1234" w:type="dxa"/>
          </w:tcPr>
          <w:p w14:paraId="19780FF7" w14:textId="77777777" w:rsidR="00F44533" w:rsidRDefault="00000000">
            <w:r>
              <w:t>5</w:t>
            </w:r>
          </w:p>
        </w:tc>
        <w:tc>
          <w:tcPr>
            <w:tcW w:w="1234" w:type="dxa"/>
          </w:tcPr>
          <w:p w14:paraId="2E093EE3" w14:textId="77777777" w:rsidR="00F44533" w:rsidRDefault="00000000">
            <w:r>
              <w:t>Sorun yaşadığım konularda destek alabildim.</w:t>
            </w:r>
          </w:p>
        </w:tc>
        <w:tc>
          <w:tcPr>
            <w:tcW w:w="1234" w:type="dxa"/>
          </w:tcPr>
          <w:p w14:paraId="33BE613C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29A4FB50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3949EE99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645348CF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6A1D163F" w14:textId="77777777" w:rsidR="00F44533" w:rsidRDefault="00000000">
            <w:r>
              <w:t>☐</w:t>
            </w:r>
          </w:p>
        </w:tc>
      </w:tr>
      <w:tr w:rsidR="00F44533" w14:paraId="47B8F358" w14:textId="77777777">
        <w:trPr>
          <w:jc w:val="center"/>
        </w:trPr>
        <w:tc>
          <w:tcPr>
            <w:tcW w:w="1234" w:type="dxa"/>
          </w:tcPr>
          <w:p w14:paraId="791D6D87" w14:textId="77777777" w:rsidR="00F44533" w:rsidRDefault="00000000">
            <w:r>
              <w:t>6</w:t>
            </w:r>
          </w:p>
        </w:tc>
        <w:tc>
          <w:tcPr>
            <w:tcW w:w="1234" w:type="dxa"/>
          </w:tcPr>
          <w:p w14:paraId="78FFC7F4" w14:textId="77777777" w:rsidR="00F44533" w:rsidRDefault="00000000">
            <w:r>
              <w:t xml:space="preserve">Program sayesinde üniversite olanaklarını daha iyi </w:t>
            </w:r>
            <w:r>
              <w:lastRenderedPageBreak/>
              <w:t>öğrendim.</w:t>
            </w:r>
          </w:p>
        </w:tc>
        <w:tc>
          <w:tcPr>
            <w:tcW w:w="1234" w:type="dxa"/>
          </w:tcPr>
          <w:p w14:paraId="07A6DBD9" w14:textId="77777777" w:rsidR="00F44533" w:rsidRDefault="00000000">
            <w:r>
              <w:lastRenderedPageBreak/>
              <w:t>☐</w:t>
            </w:r>
          </w:p>
        </w:tc>
        <w:tc>
          <w:tcPr>
            <w:tcW w:w="1234" w:type="dxa"/>
          </w:tcPr>
          <w:p w14:paraId="274CBF38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46508157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197EB0B6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2C4E023F" w14:textId="77777777" w:rsidR="00F44533" w:rsidRDefault="00000000">
            <w:r>
              <w:t>☐</w:t>
            </w:r>
          </w:p>
        </w:tc>
      </w:tr>
      <w:tr w:rsidR="00F44533" w14:paraId="3F4FE49A" w14:textId="77777777">
        <w:trPr>
          <w:jc w:val="center"/>
        </w:trPr>
        <w:tc>
          <w:tcPr>
            <w:tcW w:w="1234" w:type="dxa"/>
          </w:tcPr>
          <w:p w14:paraId="1D5C4340" w14:textId="77777777" w:rsidR="00F44533" w:rsidRDefault="00000000">
            <w:r>
              <w:t>7</w:t>
            </w:r>
          </w:p>
        </w:tc>
        <w:tc>
          <w:tcPr>
            <w:tcW w:w="1234" w:type="dxa"/>
          </w:tcPr>
          <w:p w14:paraId="778C9E47" w14:textId="77777777" w:rsidR="00F44533" w:rsidRDefault="00000000">
            <w:r>
              <w:t>Program beklentilerimi karşıladı.</w:t>
            </w:r>
          </w:p>
        </w:tc>
        <w:tc>
          <w:tcPr>
            <w:tcW w:w="1234" w:type="dxa"/>
          </w:tcPr>
          <w:p w14:paraId="68A0F430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01C4D2F2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76DD4AE7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228F7A94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755E5781" w14:textId="77777777" w:rsidR="00F44533" w:rsidRDefault="00000000">
            <w:r>
              <w:t>☐</w:t>
            </w:r>
          </w:p>
        </w:tc>
      </w:tr>
      <w:tr w:rsidR="00F44533" w14:paraId="4E2E9FB5" w14:textId="77777777">
        <w:trPr>
          <w:jc w:val="center"/>
        </w:trPr>
        <w:tc>
          <w:tcPr>
            <w:tcW w:w="1234" w:type="dxa"/>
          </w:tcPr>
          <w:p w14:paraId="7701C1C8" w14:textId="77777777" w:rsidR="00F44533" w:rsidRDefault="00000000">
            <w:r>
              <w:t>8</w:t>
            </w:r>
          </w:p>
        </w:tc>
        <w:tc>
          <w:tcPr>
            <w:tcW w:w="1234" w:type="dxa"/>
          </w:tcPr>
          <w:p w14:paraId="19740DB2" w14:textId="77777777" w:rsidR="00F44533" w:rsidRDefault="00000000">
            <w:r>
              <w:t>Bu programın gelecek yıllarda da uygulanmasını isterim.</w:t>
            </w:r>
          </w:p>
        </w:tc>
        <w:tc>
          <w:tcPr>
            <w:tcW w:w="1234" w:type="dxa"/>
          </w:tcPr>
          <w:p w14:paraId="143E18D8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2D4BCC45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4FE83693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1A82987F" w14:textId="77777777" w:rsidR="00F44533" w:rsidRDefault="00000000">
            <w:r>
              <w:t>☐</w:t>
            </w:r>
          </w:p>
        </w:tc>
        <w:tc>
          <w:tcPr>
            <w:tcW w:w="1234" w:type="dxa"/>
          </w:tcPr>
          <w:p w14:paraId="1F20F39D" w14:textId="77777777" w:rsidR="00F44533" w:rsidRDefault="00000000">
            <w:r>
              <w:t>☐</w:t>
            </w:r>
          </w:p>
        </w:tc>
      </w:tr>
    </w:tbl>
    <w:p w14:paraId="6DB1BC24" w14:textId="77777777" w:rsidR="00F44533" w:rsidRDefault="00000000">
      <w:pPr>
        <w:pStyle w:val="Balk2"/>
      </w:pPr>
      <w:r>
        <w:t>9. Programın size en fazla katkı sağladığı alan hangisidir? (Birden fazla işaretleyebilirsiniz.)</w:t>
      </w:r>
    </w:p>
    <w:p w14:paraId="568BA5AA" w14:textId="77777777" w:rsidR="00F44533" w:rsidRDefault="00000000">
      <w:r>
        <w:t>☐ Akademik uyum</w:t>
      </w:r>
    </w:p>
    <w:p w14:paraId="465F5CE0" w14:textId="77777777" w:rsidR="00F44533" w:rsidRDefault="00000000">
      <w:r>
        <w:t>☐ Sosyal uyum</w:t>
      </w:r>
    </w:p>
    <w:p w14:paraId="537AC95A" w14:textId="77777777" w:rsidR="00F44533" w:rsidRDefault="00000000">
      <w:r>
        <w:t>☐ Üniversiteyi tanıma</w:t>
      </w:r>
    </w:p>
    <w:p w14:paraId="288B6294" w14:textId="77777777" w:rsidR="00F44533" w:rsidRDefault="00000000">
      <w:r>
        <w:t>☐ İletişim becerileri</w:t>
      </w:r>
    </w:p>
    <w:p w14:paraId="06519C4A" w14:textId="77777777" w:rsidR="00F44533" w:rsidRDefault="00000000">
      <w:r>
        <w:t>☐ Problem çözme</w:t>
      </w:r>
    </w:p>
    <w:p w14:paraId="03E5722B" w14:textId="77777777" w:rsidR="00F44533" w:rsidRDefault="00000000">
      <w:r>
        <w:t>☐ Motivasyon</w:t>
      </w:r>
    </w:p>
    <w:p w14:paraId="14598057" w14:textId="77777777" w:rsidR="00F44533" w:rsidRDefault="00000000">
      <w:r>
        <w:t>☐ Diğer: ____________</w:t>
      </w:r>
    </w:p>
    <w:p w14:paraId="489D3D3B" w14:textId="77777777" w:rsidR="00F44533" w:rsidRDefault="00000000">
      <w:pPr>
        <w:pStyle w:val="Balk2"/>
      </w:pPr>
      <w:r>
        <w:t>10. Programın geliştirilmesi için öneriniz nedir?</w:t>
      </w:r>
    </w:p>
    <w:p w14:paraId="5342E00B" w14:textId="77777777" w:rsidR="00F44533" w:rsidRDefault="00000000">
      <w:r>
        <w:t>__________________________________________________________________</w:t>
      </w:r>
    </w:p>
    <w:p w14:paraId="4799D725" w14:textId="77777777" w:rsidR="00F44533" w:rsidRDefault="00000000">
      <w:r>
        <w:t>__________________________________________________________________</w:t>
      </w:r>
    </w:p>
    <w:p w14:paraId="73DF756A" w14:textId="77777777" w:rsidR="00F44533" w:rsidRDefault="00000000">
      <w:r>
        <w:t>__________________________________________________________________</w:t>
      </w:r>
    </w:p>
    <w:sectPr w:rsidR="00F4453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1130285">
    <w:abstractNumId w:val="8"/>
  </w:num>
  <w:num w:numId="2" w16cid:durableId="712538593">
    <w:abstractNumId w:val="6"/>
  </w:num>
  <w:num w:numId="3" w16cid:durableId="1201093656">
    <w:abstractNumId w:val="5"/>
  </w:num>
  <w:num w:numId="4" w16cid:durableId="2073194495">
    <w:abstractNumId w:val="4"/>
  </w:num>
  <w:num w:numId="5" w16cid:durableId="1132595151">
    <w:abstractNumId w:val="7"/>
  </w:num>
  <w:num w:numId="6" w16cid:durableId="226769168">
    <w:abstractNumId w:val="3"/>
  </w:num>
  <w:num w:numId="7" w16cid:durableId="1953660124">
    <w:abstractNumId w:val="2"/>
  </w:num>
  <w:num w:numId="8" w16cid:durableId="244414743">
    <w:abstractNumId w:val="1"/>
  </w:num>
  <w:num w:numId="9" w16cid:durableId="216477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72FA"/>
    <w:rsid w:val="0083459D"/>
    <w:rsid w:val="00A764A1"/>
    <w:rsid w:val="00AA1D8D"/>
    <w:rsid w:val="00B47730"/>
    <w:rsid w:val="00CB0664"/>
    <w:rsid w:val="00D231ED"/>
    <w:rsid w:val="00F445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956EDE"/>
  <w14:defaultImageDpi w14:val="300"/>
  <w15:docId w15:val="{35D0A447-8EFF-4B0E-8B1E-B625079E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Didem POLAT KÜLCÜ</cp:lastModifiedBy>
  <cp:revision>3</cp:revision>
  <dcterms:created xsi:type="dcterms:W3CDTF">2026-07-17T08:17:00Z</dcterms:created>
  <dcterms:modified xsi:type="dcterms:W3CDTF">2026-07-17T08:22:00Z</dcterms:modified>
  <cp:category/>
</cp:coreProperties>
</file>